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הודעת תודה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הודעת התודה 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פנייה מנומסת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הודעת תודה מלאה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באותו יום או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להראות נימוס, רצינות ועניין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פנייה ותודה על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משהו מהשיחה שנהניתם לשמוע או לספר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בשפה מכבדת, בלי סלנג ובלי סמלונים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עדיף לשלוח באותו יום או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ארבעת השלבים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בעבודה או מלגה כותבים בשפה מכבדת בלי סמלונים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בדף עבור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(שלום ותודה על הזמן והשיחה)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(נהניתי לשמוע או לספר על נושא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(תקווה להצטרף ונכונות לענות על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(בברכה ושם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(באותו יום או למחרת)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ותודה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משהו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עניין והמשך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לכל חלק: פנייה ותודה, תוכן מהשיחה, עניין והמשך,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הודעת תודה קצרה, באותו יום או למחרת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ותודה, משהו מהשיחה, עניין והמשך,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להיראות רציניים ומכבדים, בלי סלנג וסמלונים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כתיבת הודעה אמיתית לפי ראיון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ט׳ אפשר לכתוב את ההודעה הראשונה יחד עם מחנך/ת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להבדל בין שפה יומיומית לשפה מכבדת בהודעות רשמיות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הודעת תודה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ראיון מקובל לשלוח הודעת תודה קצרה. ההודעה מראה נימוס ועניין ועוזרת למראיינים לזכור אתכם. בדף הזה נתרגל את המבנה ואת הניסוח הנכון.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כדאי לשלוח הודעת תודה אחרי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באותו יום או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לא התקבלו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העיקרית של הודעת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להתלונן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נימוס, רצינות ועניין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ראיון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על השכר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בחלק הראשון של ההודעה?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פנייה ותודה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חתימה עם שם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 למשרה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מומלץ להזכיר בחלק השני של ההודעה?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תלונה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מהשיחה שנהניתם לשמוע או לספר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מומלץ לכתוב הודעת תודה לעבודה או למלגה?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בשפה מכבדת, בלי סלנג ובלי סמלונים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בקיצורים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לשלוח את הודעת התודה גם כעבור שבועיים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תודה אפשר לשלוח במייל או בהודעה, לפי המקובל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המבנה המומלץ כולל ארבעה חלקים: פנייה, תוכן מהשיחה, עניין וחתימה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 חט״ע מומלץ להשתמש בסמלונים כדי להיראות ידידותיים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בגרסה לעולים ההודעה כתובה עם ניקוד כדי להקל על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שולחים את הודעת התודה באותו יום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הראשון כותבים פנייה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האחרון כותבים __________ ושם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הודעת תודה קצרה מראה נימוס, רצינות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פנייה ותודה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תקווה להצטרף ונכונות לענות על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משהו מהשיחה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שלום ותודה על הזמן והשיחה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עניין והמשך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בברכה ושם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באותו יום או למחרת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שולחים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נהניתי לשמוע או לספר על נושא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מהשיחה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ותודה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עניין והמשך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לכל אחד מארבעת חלקי ההודעה, המתאים לראיון שעברתם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שולחים אחרי ראיון ומתי?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המבנה של הודעת התודה?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בשפה מכבדת בהודעה לעבודה או למלגה?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הודעת תודה אחרי הראיון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