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הודעת תודה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הודעת התודה אחרי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פנייה מנומסת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הודעת תודה מלאה בעצמכם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באותו יום או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להראות נימוס, רצינות ועניין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פנייה ותודה על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עדיף לשלוח באותו יום או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(שלום ותודה על הזמן והשיחה)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(נהניתי לשמוע או לספר על נושא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(תקווה להצטרף ונכונות לענות על שאלות)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פנייה ותודה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משהו מהשיחה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עניין והמשך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הודעת תודה קצרה, באותו יום או למחרת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ותודה, משהו מהשיחה, עניין והמשך,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להיראות רציניים ומכבדים, בלי סלנג וסמלונים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כתיבת הודעה אמיתית לפי ראיון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ט׳ אפשר לכתוב את ההודעה הראשונה יחד עם מחנך/ת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להבדל בין שפה יומיומית לשפה מכבדת בהודעות רשמיות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הודעת תודה אחרי הראיון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אחרי ראיון מקובל לשלוח הודעת תודה קצרה. ההודעה מראה נימוס ועניין ועוזרת למראיינים לזכור אתכם. בדף הזה נתרגל את המבנה ואת הניסוח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תודה  ·  למחרת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כדאי לשלוח הודעת תודה אחרי 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אחרי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באותו יום או למחרת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אם לא התקבלו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העיקרית של הודעת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להתלונן על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להראות נימוס, רצינות ועניין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לבקש ראיון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כותבים בחלק הראשון של ההודעה?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תיאור הפרויקט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פנייה ותודה על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חתימה עם שם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לשלוח את הודעת התודה גם כעבור שבועיים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הודעת תודה אפשר לשלוח במייל או בהודעה, לפי המקובל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שולחים את הודעת התודה באותו יום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בחלק הראשון כותבים פנייה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פנייה ותודה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נהניתי לשמוע או לספר על נושא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משהו מהשיחה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שלום ותודה על הזמן והשיחה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עניין והמשך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תקווה להצטרף ונכונות לענות על שאלות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חתימה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עניין והמשך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פנייה ותודה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משהו מהשיחה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שולחים אחרי ראיון ומתי?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חלקי המבנה של הודעת התודה?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הודעת תודה אחרי הראיון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